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Zapisnik godišnje skupštine</w:t>
      </w:r>
    </w:p>
    <w:p>
      <w:r>
        <w:t>Na godišnjoj skupštini razmotreno je izvješće o radu za proteklu godinu te usvojen plan i program rada za sljedeće razdoblje.</w:t>
      </w:r>
    </w:p>
    <w:p>
      <w:r>
        <w:t>Skupštini su prisustvovali predstavnici svih članica Zajednice, koji su jednoglasno usvojili predložene odluke.</w:t>
      </w:r>
    </w:p>
    <w:p>
      <w:r>
        <w:t>Ovaj dokument je primjer dokumenta generiranog radi prikaza funkcionalnosti stranice te ga treba zamijeniti stvarnim zapisnikom.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